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bidi/>
        <w:jc w:val="right"/>
      </w:pPr>
      <w:r>
        <w:rPr>
          <w:rFonts w:ascii="Arial" w:hAnsi="Arial" w:cs="Arial"/>
          <w:b/>
          <w:color w:val="022232"/>
          <w:sz w:val="40"/>
          <w:bCs/>
          <w:rtl/>
          <w:szCs w:val="40"/>
        </w:rPr>
        <w:t>מיילים לדחיית מועמד</w:t>
      </w:r>
    </w:p>
    <w:p>
      <w:pPr>
        <w:spacing w:after="280"/>
        <w:bidi/>
        <w:jc w:val="right"/>
      </w:pPr>
      <w:r>
        <w:rPr>
          <w:rFonts w:ascii="Arial" w:hAnsi="Arial" w:cs="Arial"/>
          <w:b w:val="0"/>
          <w:color w:val="4A5B68"/>
          <w:sz w:val="20"/>
          <w:rtl/>
          <w:szCs w:val="20"/>
        </w:rPr>
        <w:t>שלוש גרסאות מוכנות. החליפו את מה שבסוגריים המרובעים, וקראו פעם אחת לפני שליחה.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8"/>
          <w:bCs/>
          <w:rtl/>
          <w:szCs w:val="28"/>
        </w:rPr>
        <w:t>גרסה 1: אחרי סינון קורות חיים</w:t>
      </w:r>
    </w:p>
    <w:p>
      <w:pPr>
        <w:spacing w:after="120"/>
        <w:bidi/>
        <w:jc w:val="right"/>
      </w:pPr>
      <w:r>
        <w:rPr>
          <w:rFonts w:ascii="Arial" w:hAnsi="Arial" w:cs="Arial"/>
          <w:b/>
          <w:sz w:val="22"/>
          <w:bCs/>
          <w:rtl/>
          <w:szCs w:val="22"/>
        </w:rPr>
        <w:t>נושא: המועמדות שלך לתפקיד [שם התפקיד]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שלום [שם המועמד/ת],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תודה שהגשת מועמדות לתפקיד [שם התפקיד] ב[שם העסק]. קיבלנו פניות רבות, ובשלב זה החלטנו להתקדם עם מועמדים שהניסיון שלהם קרוב יותר לדרישות התפקיד הנוכחי.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נשמח אם תמשיך/י לעקוב אחרי המשרות שלנו, ונשמור את הפרטים שלך למשרות מתאימות בעתיד, אם אין לך התנגדות.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בהצלחה בהמשך,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 השולח/ת], [תפקיד]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12"/>
          <w:rtl/>
          <w:szCs w:val="12"/>
        </w:rPr>
        <w:t xml:space="preserve"> 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8"/>
          <w:bCs/>
          <w:rtl/>
          <w:szCs w:val="28"/>
        </w:rPr>
        <w:t>גרסה 2: אחרי ראיון</w:t>
      </w:r>
    </w:p>
    <w:p>
      <w:pPr>
        <w:spacing w:after="120"/>
        <w:bidi/>
        <w:jc w:val="right"/>
      </w:pPr>
      <w:r>
        <w:rPr>
          <w:rFonts w:ascii="Arial" w:hAnsi="Arial" w:cs="Arial"/>
          <w:b/>
          <w:sz w:val="22"/>
          <w:bCs/>
          <w:rtl/>
          <w:szCs w:val="22"/>
        </w:rPr>
        <w:t>נושא: תודה על הראיון לתפקיד [שם התפקיד]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שלום [שם המועמד/ת],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תודה על הזמן שהקדשת לראיון אצלנו ב[תאריך]. נהנינו להכיר אותך ולשמוע על [נושא ספציפי מהראיון].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אחרי שיקול, החלטנו להמשיך עם מועמד/ת אחר/ת שהניסיון שלו/ה ב[תחום] מתאים יותר למה שאנחנו צריכים כרגע. זו הייתה החלטה לא פשוטה.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אם תרצה/י משוב קצר על הראיון, אפשר להשיב למייל הזה ונשמח לשתף.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בברכה,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 השולח/ת], [תפקיד]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12"/>
          <w:rtl/>
          <w:szCs w:val="12"/>
        </w:rPr>
        <w:t xml:space="preserve"> </w:t>
      </w:r>
    </w:p>
    <w:p>
      <w:pPr>
        <w:spacing w:after="40"/>
        <w:bidi/>
        <w:jc w:val="right"/>
      </w:pPr>
      <w:r>
        <w:rPr>
          <w:rFonts w:ascii="Arial" w:hAnsi="Arial" w:cs="Arial"/>
          <w:b/>
          <w:color w:val="1A76A6"/>
          <w:sz w:val="28"/>
          <w:bCs/>
          <w:rtl/>
          <w:szCs w:val="28"/>
        </w:rPr>
        <w:t>גרסה 3: מועמד חזק, אין משרה כרגע</w:t>
      </w:r>
    </w:p>
    <w:p>
      <w:pPr>
        <w:spacing w:after="120"/>
        <w:bidi/>
        <w:jc w:val="right"/>
      </w:pPr>
      <w:r>
        <w:rPr>
          <w:rFonts w:ascii="Arial" w:hAnsi="Arial" w:cs="Arial"/>
          <w:b/>
          <w:sz w:val="22"/>
          <w:bCs/>
          <w:rtl/>
          <w:szCs w:val="22"/>
        </w:rPr>
        <w:t>נושא: נשמח להישאר בקשר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שלום [שם המועמד/ת],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רצינו לעדכן שהתפקיד [שם התפקיד] אויש. התרשמנו מאוד מ[חוזקה ספציפית], ואנחנו חושבים שיכולה להיות לך התאמה טובה אצלנו בעתיד.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נשמח לשמור את הפרטים שלך ולפנות אליך כשתיפתח משרה מתאימה, למשל ב[תפקיד או סניף]. אם זה בסדר מבחינתך, אין צורך לעשות דבר.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תודה שוב, ובהצלחה,</w:t>
      </w:r>
    </w:p>
    <w:p>
      <w:pPr>
        <w:spacing w:after="8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[שם השולח/ת], [תפקיד]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sz w:val="12"/>
          <w:rtl/>
          <w:szCs w:val="12"/>
        </w:rPr>
        <w:t xml:space="preserve"> </w:t>
      </w:r>
    </w:p>
    <w:p>
      <w:pPr>
        <w:spacing w:after="80"/>
        <w:bidi/>
        <w:jc w:val="right"/>
      </w:pPr>
      <w:r>
        <w:rPr>
          <w:rFonts w:ascii="Arial" w:hAnsi="Arial" w:cs="Arial"/>
          <w:b/>
          <w:color w:val="1A76A6"/>
          <w:sz w:val="26"/>
          <w:bCs/>
          <w:rtl/>
          <w:szCs w:val="26"/>
        </w:rPr>
        <w:t>כמה כללים קצרים</w:t>
      </w:r>
    </w:p>
    <w:p>
      <w:pPr>
        <w:spacing w:after="6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• עונים לכל מי שהגיע לראיון, ורצוי תוך שבוע מההחלטה.</w:t>
      </w:r>
    </w:p>
    <w:p>
      <w:pPr>
        <w:spacing w:after="6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• לא מפרטים השוואות בין מועמדים ולא נוגעים בגיל, במשפחה, בדת, במוצא או במאפיינים אישיים.</w:t>
      </w:r>
    </w:p>
    <w:p>
      <w:pPr>
        <w:spacing w:after="6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• שמירת קורות חיים למשרות עתידיות נעשית בהסכמת המועמד ולפרק זמן סביר.</w:t>
      </w:r>
    </w:p>
    <w:p>
      <w:pPr>
        <w:spacing w:after="60"/>
        <w:bidi/>
        <w:jc w:val="right"/>
      </w:pPr>
      <w:r>
        <w:rPr>
          <w:rFonts w:ascii="Arial" w:hAnsi="Arial" w:cs="Arial"/>
          <w:b w:val="0"/>
          <w:sz w:val="22"/>
          <w:rtl/>
          <w:szCs w:val="22"/>
        </w:rPr>
        <w:t>• משוב, אם ניתן, מתמקד בכישורים ובניסיון, בטון ענייני.</w:t>
      </w:r>
    </w:p>
    <w:p>
      <w:pPr>
        <w:spacing w:after="120"/>
        <w:bidi/>
        <w:jc w:val="right"/>
      </w:pPr>
      <w:r>
        <w:rPr>
          <w:rFonts w:ascii="Arial" w:hAnsi="Arial" w:cs="Arial"/>
          <w:b w:val="0"/>
          <w:color w:val="4A5B68"/>
          <w:sz w:val="16"/>
          <w:rtl/>
          <w:szCs w:val="16"/>
        </w:rPr>
        <w:t>תבנית כללית מאת EZTime. אינה ייעוץ משפטי.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