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bidi/>
        <w:jc w:val="right"/>
      </w:pPr>
      <w:r>
        <w:rPr>
          <w:rFonts w:ascii="Arial" w:hAnsi="Arial" w:cs="Arial"/>
          <w:b/>
          <w:color w:val="022232"/>
          <w:sz w:val="40"/>
          <w:bCs/>
          <w:rtl/>
          <w:szCs w:val="40"/>
        </w:rPr>
        <w:t>הודעה על קידום עובד</w:t>
      </w:r>
    </w:p>
    <w:p>
      <w:pPr>
        <w:spacing w:after="280"/>
        <w:bidi/>
        <w:jc w:val="right"/>
      </w:pPr>
      <w:r>
        <w:rPr>
          <w:rFonts w:ascii="Arial" w:hAnsi="Arial" w:cs="Arial"/>
          <w:b w:val="0"/>
          <w:color w:val="4A5B68"/>
          <w:sz w:val="20"/>
          <w:rtl/>
          <w:szCs w:val="20"/>
        </w:rPr>
        <w:t>שתי תבניות: מכתב אישי לעובד/ת, והודעה לצוות. החליפו את מה שבסוגריים.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8"/>
          <w:bCs/>
          <w:rtl/>
          <w:szCs w:val="28"/>
        </w:rPr>
        <w:t>חלק א: מכתב אישי לעובד/ת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תאריך: [תאריך]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לכבוד [שם העובד/ת]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הנדון: קידום לתפקיד [שם התפקיד החדש]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שלום [שם],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שמחים להודיע לך שהחל מ[תאריך תחילה] את/ה מקודם/ת לתפקיד [שם התפקיד החדש] ב[סניף / מחלקה].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ההחלטה מבוססת על [הישג או התנהגות ספציפית], ועל האמון שהצוות וההנהלה רוחשים לך.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פרטי התפקיד החדש: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תחומי אחריות עיקריים: ______________________________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כפיפות (למי מדווח/ת): ______________________________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שכר / תוספת תפקיד: ______________________________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שעות ומשמרות: ______________________________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תקופת חפיפה / הכשרה: ______________________________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שינויים בתנאי העבודה יעודכנו גם בהודעה על תנאי עבודה, כנדרש.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בהצלחה בתפקיד החדש!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[שם המנהל/ת], [תפקיד]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אישור העובד/ת: קראתי ואני מסכים/ה לאמור.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שם: ______________________________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חתימה: ______________________________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תאריך: ______________________________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16"/>
          <w:rtl/>
          <w:szCs w:val="16"/>
        </w:rPr>
        <w:t xml:space="preserve"> 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8"/>
          <w:bCs/>
          <w:rtl/>
          <w:szCs w:val="28"/>
        </w:rPr>
        <w:t>חלק ב: הודעה לצוות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נושא: ברכות ל[שם] על התפקיד החדש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צוות יקר,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שמחים לבשר ש[שם העובד/ת] מתחיל/ה ב[תאריך] בתפקיד [שם התפקיד החדש].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[שם] עובד/ת איתנו [משך הזמן], ובתקופה הזאת [הישג או תרומה ספציפית שהצוות מכיר].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בתפקיד החדש, [שם] יהיה/תהיה אחראי/ת על [תחומי אחריות], ואליו/ה פונים בנושאים של [נושאים].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[אם רלוונטי: את התפקיד הקודם של [שם] ימלא/תמלא [שם], והחפיפה תסתיים עד [תאריך].]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מזל טוב, ובהצלחה!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[שם המנהל/ת]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color w:val="4A5B68"/>
          <w:sz w:val="16"/>
          <w:rtl/>
          <w:szCs w:val="16"/>
        </w:rPr>
        <w:t>תבנית כללית מאת EZTime. שינוי בשכר או בתנאים מחייב עדכון בכתב לפי הדין; בדקו עם יועץ השכר.</w:t>
      </w:r>
    </w:p>
    <w:sectPr w:rsidR="00FC693F" w:rsidRPr="0006063C" w:rsidSect="00034616">
      <w:pgSz w:w="12240" w:h="15840"/>
      <w:pgMar w:top="1440" w:right="1134" w:bottom="1440" w:left="1134" w:header="720" w:footer="720" w:gutter="0"/>
      <w:cols w:space="720"/>
      <w:docGrid w:linePitch="36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