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bidi/>
        <w:jc w:val="right"/>
      </w:pPr>
      <w:r>
        <w:rPr>
          <w:rFonts w:ascii="Arial" w:hAnsi="Arial" w:cs="Arial"/>
          <w:b/>
          <w:color w:val="022232"/>
          <w:sz w:val="40"/>
          <w:bCs/>
          <w:rtl/>
          <w:szCs w:val="40"/>
        </w:rPr>
        <w:t>טופס הצעה לשיפור</w:t>
      </w:r>
    </w:p>
    <w:p>
      <w:pPr>
        <w:spacing w:after="280"/>
        <w:bidi/>
        <w:jc w:val="right"/>
      </w:pPr>
      <w:r>
        <w:rPr>
          <w:rFonts w:ascii="Arial" w:hAnsi="Arial" w:cs="Arial"/>
          <w:b w:val="0"/>
          <w:color w:val="4A5B68"/>
          <w:sz w:val="20"/>
          <w:rtl/>
          <w:szCs w:val="20"/>
        </w:rPr>
        <w:t>[שם העסק] · אפשר למלא בשם או בעילום שם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תאריך: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סניף / מחלקה: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שם (לא חובה): ______________________________</w:t>
      </w:r>
    </w:p>
    <w:p>
      <w:pPr>
        <w:spacing w:after="4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מה הבעיה או ההזדמנות?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color w:val="4A5B68"/>
          <w:sz w:val="20"/>
          <w:rtl/>
          <w:szCs w:val="20"/>
        </w:rPr>
        <w:t>תארו מה קורה היום ומה מפריע או מה אפשר לעשות טוב יותר.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_______________________________________________________________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_______________________________________________________________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_______________________________________________________________</w:t>
      </w:r>
    </w:p>
    <w:p>
      <w:pPr>
        <w:spacing w:after="4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מה ההצעה שלך?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color w:val="4A5B68"/>
          <w:sz w:val="20"/>
          <w:rtl/>
          <w:szCs w:val="20"/>
        </w:rPr>
        <w:t>מה כדאי לשנות, לנסות או להוסיף.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_______________________________________________________________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_______________________________________________________________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_______________________________________________________________</w:t>
      </w:r>
    </w:p>
    <w:p>
      <w:pPr>
        <w:spacing w:after="4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מה זה ישפר?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color w:val="4A5B68"/>
          <w:sz w:val="20"/>
          <w:rtl/>
          <w:szCs w:val="20"/>
        </w:rPr>
        <w:t>זמן, כסף, בטיחות, שירות ללקוחות, אווירה בצוות או משהו אחר.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_______________________________________________________________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_______________________________________________________________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_______________________________________________________________</w:t>
      </w:r>
    </w:p>
    <w:p>
      <w:pPr>
        <w:spacing w:after="4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מה צריך כדי לבצע?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color w:val="4A5B68"/>
          <w:sz w:val="20"/>
          <w:rtl/>
          <w:szCs w:val="20"/>
        </w:rPr>
        <w:t>ציוד, זמן, תקציב, אישור או עזרה של מישהו.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_______________________________________________________________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_______________________________________________________________</w:t>
      </w:r>
    </w:p>
    <w:p>
      <w:pPr>
        <w:spacing w:after="4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_______________________________________________________________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לשימוש ההנהלה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התקבל ב: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נבדק על ידי: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החלטה (יבוצע / ייבדק / לא יבוצע) ונימוק: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תאריך מענה למציע/ה: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/>
          <w:sz w:val="22"/>
          <w:bCs/>
          <w:rtl/>
          <w:szCs w:val="22"/>
        </w:rPr>
        <w:t>תודה! כל הצעה נקראת, ונחזור אליך עם תשובה תוך [מספר] ימים.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color w:val="4A5B68"/>
          <w:sz w:val="16"/>
          <w:rtl/>
          <w:szCs w:val="16"/>
        </w:rPr>
        <w:t>תבנית כללית מאת EZTime.</w:t>
      </w:r>
    </w:p>
    <w:sectPr w:rsidR="00FC693F" w:rsidRPr="0006063C" w:rsidSect="00034616">
      <w:pgSz w:w="12240" w:h="15840"/>
      <w:pgMar w:top="1440" w:right="1134" w:bottom="1440" w:left="1134" w:header="720" w:footer="720" w:gutter="0"/>
      <w:cols w:space="720"/>
      <w:docGrid w:linePitch="36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